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3A98C" w14:textId="77777777" w:rsidR="008C3D98" w:rsidRPr="00197EA8" w:rsidRDefault="00000000">
      <w:pPr>
        <w:spacing w:after="40"/>
        <w:jc w:val="center"/>
        <w:rPr>
          <w:lang w:val="el-GR"/>
        </w:rPr>
      </w:pPr>
      <w:r w:rsidRPr="00197EA8">
        <w:rPr>
          <w:b/>
          <w:sz w:val="30"/>
          <w:lang w:val="el-GR"/>
        </w:rPr>
        <w:t>ΦΥΛΛΟ ΕΡΓΑΣΙΑΣ – ΑΚΡΟΤΑΤΑ</w:t>
      </w:r>
    </w:p>
    <w:p w14:paraId="23BC3D99" w14:textId="77777777" w:rsidR="008C3D98" w:rsidRPr="00197EA8" w:rsidRDefault="00000000">
      <w:pPr>
        <w:spacing w:after="160"/>
        <w:jc w:val="center"/>
        <w:rPr>
          <w:lang w:val="el-GR"/>
        </w:rPr>
      </w:pPr>
      <w:r w:rsidRPr="00197EA8">
        <w:rPr>
          <w:i/>
          <w:sz w:val="22"/>
          <w:lang w:val="el-GR"/>
        </w:rPr>
        <w:t>Γ΄ Λυκείου</w:t>
      </w:r>
    </w:p>
    <w:p w14:paraId="0793D2FA" w14:textId="77777777" w:rsidR="008C3D98" w:rsidRPr="00197EA8" w:rsidRDefault="00000000">
      <w:pPr>
        <w:spacing w:after="60"/>
        <w:rPr>
          <w:lang w:val="el-GR"/>
        </w:rPr>
      </w:pPr>
      <w:r w:rsidRPr="00197EA8">
        <w:rPr>
          <w:b/>
          <w:lang w:val="el-GR"/>
        </w:rPr>
        <w:t xml:space="preserve">1. </w:t>
      </w:r>
      <w:r w:rsidRPr="00197EA8">
        <w:rPr>
          <w:lang w:val="el-GR"/>
        </w:rPr>
        <w:t>Να βρείτε τα ακρότατα των παρακάτω συναρτήσεων:</w:t>
      </w:r>
    </w:p>
    <w:p w14:paraId="4D1183BB" w14:textId="77777777" w:rsidR="008C3D98" w:rsidRPr="00197EA8" w:rsidRDefault="00000000">
      <w:pPr>
        <w:spacing w:after="20"/>
        <w:ind w:left="454"/>
        <w:rPr>
          <w:lang w:val="el-GR"/>
        </w:rPr>
      </w:pPr>
      <w:r w:rsidRPr="00197EA8">
        <w:rPr>
          <w:lang w:val="el-GR"/>
        </w:rPr>
        <w:t xml:space="preserve">α)  </w:t>
      </w:r>
      <w:r>
        <w:t>f</w:t>
      </w:r>
      <w:r w:rsidRPr="00197EA8">
        <w:rPr>
          <w:lang w:val="el-GR"/>
        </w:rPr>
        <w:t>(</w:t>
      </w:r>
      <w:r>
        <w:t>x</w:t>
      </w:r>
      <w:r w:rsidRPr="00197EA8">
        <w:rPr>
          <w:lang w:val="el-GR"/>
        </w:rPr>
        <w:t xml:space="preserve">) = </w:t>
      </w:r>
      <w:r>
        <w:t>x</w:t>
      </w:r>
      <w:r w:rsidRPr="00197EA8">
        <w:rPr>
          <w:lang w:val="el-GR"/>
        </w:rPr>
        <w:t>² − 2</w:t>
      </w:r>
      <w:r>
        <w:t>x</w:t>
      </w:r>
      <w:r w:rsidRPr="00197EA8">
        <w:rPr>
          <w:lang w:val="el-GR"/>
        </w:rPr>
        <w:t xml:space="preserve"> + 3</w:t>
      </w:r>
    </w:p>
    <w:p w14:paraId="33F77EA4" w14:textId="77777777" w:rsidR="008C3D98" w:rsidRPr="00197EA8" w:rsidRDefault="00000000">
      <w:pPr>
        <w:spacing w:after="20"/>
        <w:ind w:left="454"/>
        <w:rPr>
          <w:lang w:val="el-GR"/>
        </w:rPr>
      </w:pPr>
      <w:r w:rsidRPr="00197EA8">
        <w:rPr>
          <w:lang w:val="el-GR"/>
        </w:rPr>
        <w:t xml:space="preserve">β)  </w:t>
      </w:r>
      <w:r>
        <w:t>f</w:t>
      </w:r>
      <w:r w:rsidRPr="00197EA8">
        <w:rPr>
          <w:lang w:val="el-GR"/>
        </w:rPr>
        <w:t>(</w:t>
      </w:r>
      <w:r>
        <w:t>x</w:t>
      </w:r>
      <w:r w:rsidRPr="00197EA8">
        <w:rPr>
          <w:lang w:val="el-GR"/>
        </w:rPr>
        <w:t xml:space="preserve">) = 1 − </w:t>
      </w:r>
      <w:r>
        <w:t>x</w:t>
      </w:r>
      <w:r w:rsidRPr="00197EA8">
        <w:rPr>
          <w:lang w:val="el-GR"/>
        </w:rPr>
        <w:t>²</w:t>
      </w:r>
    </w:p>
    <w:p w14:paraId="38C22E06" w14:textId="77777777" w:rsidR="008C3D98" w:rsidRPr="00197EA8" w:rsidRDefault="00000000">
      <w:pPr>
        <w:spacing w:after="20"/>
        <w:ind w:left="454"/>
        <w:rPr>
          <w:lang w:val="el-GR"/>
        </w:rPr>
      </w:pPr>
      <w:r w:rsidRPr="00197EA8">
        <w:rPr>
          <w:lang w:val="el-GR"/>
        </w:rPr>
        <w:t xml:space="preserve">γ)  </w:t>
      </w:r>
      <w:r>
        <w:t>f</w:t>
      </w:r>
      <w:r w:rsidRPr="00197EA8">
        <w:rPr>
          <w:lang w:val="el-GR"/>
        </w:rPr>
        <w:t>(</w:t>
      </w:r>
      <w:r>
        <w:t>x</w:t>
      </w:r>
      <w:r w:rsidRPr="00197EA8">
        <w:rPr>
          <w:lang w:val="el-GR"/>
        </w:rPr>
        <w:t>) = 2</w:t>
      </w:r>
      <w:r>
        <w:t>x</w:t>
      </w:r>
      <w:r w:rsidRPr="00197EA8">
        <w:rPr>
          <w:lang w:val="el-GR"/>
        </w:rPr>
        <w:t>² − 2</w:t>
      </w:r>
      <w:r>
        <w:t>x</w:t>
      </w:r>
      <w:r w:rsidRPr="00197EA8">
        <w:rPr>
          <w:lang w:val="el-GR"/>
        </w:rPr>
        <w:t xml:space="preserve"> + 3</w:t>
      </w:r>
    </w:p>
    <w:p w14:paraId="0C6C6ADC" w14:textId="77777777" w:rsidR="008C3D98" w:rsidRPr="00197EA8" w:rsidRDefault="008C3D98">
      <w:pPr>
        <w:spacing w:after="20" w:line="144" w:lineRule="auto"/>
        <w:rPr>
          <w:lang w:val="el-GR"/>
        </w:rPr>
      </w:pPr>
    </w:p>
    <w:p w14:paraId="364C22C2" w14:textId="77777777" w:rsidR="008C3D98" w:rsidRPr="00197EA8" w:rsidRDefault="00000000">
      <w:pPr>
        <w:rPr>
          <w:lang w:val="el-GR"/>
        </w:rPr>
      </w:pPr>
      <w:r w:rsidRPr="00197EA8">
        <w:rPr>
          <w:b/>
          <w:lang w:val="el-GR"/>
        </w:rPr>
        <w:t xml:space="preserve">2. </w:t>
      </w:r>
      <w:r w:rsidRPr="00197EA8">
        <w:rPr>
          <w:lang w:val="el-GR"/>
        </w:rPr>
        <w:t xml:space="preserve">Δίνεται η συνάρτηση </w:t>
      </w:r>
      <w:r>
        <w:t>f</w:t>
      </w:r>
      <w:r w:rsidRPr="00197EA8">
        <w:rPr>
          <w:lang w:val="el-GR"/>
        </w:rPr>
        <w:t>(</w:t>
      </w:r>
      <w:r>
        <w:t>x</w:t>
      </w:r>
      <w:r w:rsidRPr="00197EA8">
        <w:rPr>
          <w:lang w:val="el-GR"/>
        </w:rPr>
        <w:t xml:space="preserve">) = 2 </w:t>
      </w:r>
      <w:r>
        <w:t>ln</w:t>
      </w:r>
      <w:r w:rsidRPr="00197EA8">
        <w:rPr>
          <w:lang w:val="el-GR"/>
        </w:rPr>
        <w:t xml:space="preserve"> </w:t>
      </w:r>
      <w:r>
        <w:t>x</w:t>
      </w:r>
      <w:r w:rsidRPr="00197EA8">
        <w:rPr>
          <w:lang w:val="el-GR"/>
        </w:rPr>
        <w:t xml:space="preserve"> + 3,   </w:t>
      </w:r>
      <w:r>
        <w:t>x</w:t>
      </w:r>
      <w:r w:rsidRPr="00197EA8">
        <w:rPr>
          <w:lang w:val="el-GR"/>
        </w:rPr>
        <w:t xml:space="preserve"> ∈ [1,</w:t>
      </w:r>
      <w:r>
        <w:t>e</w:t>
      </w:r>
      <w:r w:rsidRPr="00197EA8">
        <w:rPr>
          <w:lang w:val="el-GR"/>
        </w:rPr>
        <w:t xml:space="preserve">]. Να βρείτε το ελάχιστο και το μέγιστο της </w:t>
      </w:r>
      <w:r>
        <w:t>f</w:t>
      </w:r>
      <w:r w:rsidRPr="00197EA8">
        <w:rPr>
          <w:lang w:val="el-GR"/>
        </w:rPr>
        <w:t>.</w:t>
      </w:r>
    </w:p>
    <w:p w14:paraId="21DE4618" w14:textId="77777777" w:rsidR="008C3D98" w:rsidRPr="00197EA8" w:rsidRDefault="008C3D98">
      <w:pPr>
        <w:spacing w:after="20" w:line="144" w:lineRule="auto"/>
        <w:rPr>
          <w:lang w:val="el-GR"/>
        </w:rPr>
      </w:pPr>
    </w:p>
    <w:p w14:paraId="6733C37C" w14:textId="77777777" w:rsidR="008C3D98" w:rsidRPr="00197EA8" w:rsidRDefault="00000000">
      <w:pPr>
        <w:rPr>
          <w:lang w:val="el-GR"/>
        </w:rPr>
      </w:pPr>
      <w:r w:rsidRPr="00197EA8">
        <w:rPr>
          <w:b/>
          <w:lang w:val="el-GR"/>
        </w:rPr>
        <w:t xml:space="preserve">3. </w:t>
      </w:r>
      <w:r w:rsidRPr="00197EA8">
        <w:rPr>
          <w:lang w:val="el-GR"/>
        </w:rPr>
        <w:t xml:space="preserve">Δίνεται η συνάρτηση </w:t>
      </w:r>
      <w:r>
        <w:t>f</w:t>
      </w:r>
      <w:r w:rsidRPr="00197EA8">
        <w:rPr>
          <w:lang w:val="el-GR"/>
        </w:rPr>
        <w:t>(</w:t>
      </w:r>
      <w:r>
        <w:t>x</w:t>
      </w:r>
      <w:r w:rsidRPr="00197EA8">
        <w:rPr>
          <w:lang w:val="el-GR"/>
        </w:rPr>
        <w:t xml:space="preserve">) = </w:t>
      </w:r>
      <w:r>
        <w:t>x</w:t>
      </w:r>
      <w:r w:rsidRPr="00197EA8">
        <w:rPr>
          <w:lang w:val="el-GR"/>
        </w:rPr>
        <w:t>² − 2</w:t>
      </w:r>
      <w:r>
        <w:t>x</w:t>
      </w:r>
      <w:r w:rsidRPr="00197EA8">
        <w:rPr>
          <w:lang w:val="el-GR"/>
        </w:rPr>
        <w:t xml:space="preserve">,   </w:t>
      </w:r>
      <w:r>
        <w:t>x</w:t>
      </w:r>
      <w:r w:rsidRPr="00197EA8">
        <w:rPr>
          <w:lang w:val="el-GR"/>
        </w:rPr>
        <w:t xml:space="preserve"> ∈ (−∞,2]. Να βρείτε τα ακρότατά της.</w:t>
      </w:r>
    </w:p>
    <w:p w14:paraId="47DF51CD" w14:textId="77777777" w:rsidR="008C3D98" w:rsidRPr="00197EA8" w:rsidRDefault="008C3D98">
      <w:pPr>
        <w:spacing w:after="20" w:line="144" w:lineRule="auto"/>
        <w:rPr>
          <w:lang w:val="el-GR"/>
        </w:rPr>
      </w:pPr>
    </w:p>
    <w:p w14:paraId="5D51F293" w14:textId="77777777" w:rsidR="008C3D98" w:rsidRPr="00197EA8" w:rsidRDefault="00000000">
      <w:pPr>
        <w:rPr>
          <w:lang w:val="el-GR"/>
        </w:rPr>
      </w:pPr>
      <w:r w:rsidRPr="00197EA8">
        <w:rPr>
          <w:b/>
          <w:lang w:val="el-GR"/>
        </w:rPr>
        <w:t xml:space="preserve">4. </w:t>
      </w:r>
      <w:r w:rsidRPr="00197EA8">
        <w:rPr>
          <w:lang w:val="el-GR"/>
        </w:rPr>
        <w:t xml:space="preserve">Δίνεται η συνάρτηση </w:t>
      </w:r>
      <w:r>
        <w:t>f</w:t>
      </w:r>
      <w:r w:rsidRPr="00197EA8">
        <w:rPr>
          <w:lang w:val="el-GR"/>
        </w:rPr>
        <w:t>(</w:t>
      </w:r>
      <w:r>
        <w:t>x</w:t>
      </w:r>
      <w:r w:rsidRPr="00197EA8">
        <w:rPr>
          <w:lang w:val="el-GR"/>
        </w:rPr>
        <w:t>) = 3 − 5</w:t>
      </w:r>
      <w:r>
        <w:t>x</w:t>
      </w:r>
      <w:r w:rsidRPr="00197EA8">
        <w:rPr>
          <w:lang w:val="el-GR"/>
        </w:rPr>
        <w:t xml:space="preserve">,   </w:t>
      </w:r>
      <w:r>
        <w:t>x</w:t>
      </w:r>
      <w:r w:rsidRPr="00197EA8">
        <w:rPr>
          <w:lang w:val="el-GR"/>
        </w:rPr>
        <w:t xml:space="preserve"> ∈ [−2,5). Να εξετάσετε αν παρουσιάζει ακρότατα και, αν ναι, να τα βρείτε.</w:t>
      </w:r>
    </w:p>
    <w:p w14:paraId="2BD3C7B9" w14:textId="77777777" w:rsidR="008C3D98" w:rsidRPr="00197EA8" w:rsidRDefault="008C3D98">
      <w:pPr>
        <w:spacing w:after="20" w:line="144" w:lineRule="auto"/>
        <w:rPr>
          <w:lang w:val="el-GR"/>
        </w:rPr>
      </w:pPr>
    </w:p>
    <w:p w14:paraId="6D9B30BB" w14:textId="6EF9F48D" w:rsidR="008C3D98" w:rsidRPr="00197EA8" w:rsidRDefault="00000000" w:rsidP="00197EA8">
      <w:pPr>
        <w:rPr>
          <w:lang w:val="el-GR"/>
        </w:rPr>
      </w:pPr>
      <w:r w:rsidRPr="00197EA8">
        <w:rPr>
          <w:b/>
          <w:lang w:val="el-GR"/>
        </w:rPr>
        <w:t xml:space="preserve">5. </w:t>
      </w:r>
      <w:r w:rsidRPr="00197EA8">
        <w:rPr>
          <w:lang w:val="el-GR"/>
        </w:rPr>
        <w:t xml:space="preserve">Δίνεται η συνάρτηση </w:t>
      </w:r>
      <w:r>
        <w:t>f</w:t>
      </w:r>
      <w:r w:rsidRPr="00197EA8">
        <w:rPr>
          <w:lang w:val="el-GR"/>
        </w:rPr>
        <w:t>(</w:t>
      </w:r>
      <w:r>
        <w:t>x</w:t>
      </w:r>
      <w:r w:rsidRPr="00197EA8">
        <w:rPr>
          <w:lang w:val="el-GR"/>
        </w:rPr>
        <w:t xml:space="preserve">) = </w:t>
      </w:r>
      <w:r>
        <w:t>x</w:t>
      </w:r>
      <w:r w:rsidRPr="00197EA8">
        <w:rPr>
          <w:lang w:val="el-GR"/>
        </w:rPr>
        <w:t>² − 2</w:t>
      </w:r>
      <w:r>
        <w:t>x</w:t>
      </w:r>
      <w:r w:rsidRPr="00197EA8">
        <w:rPr>
          <w:lang w:val="el-GR"/>
        </w:rPr>
        <w:t xml:space="preserve"> + 3. Να αποδείξετε ότι παρουσιάζει ελάχιστο και να βρείτε τη θέση και την τιμή του.</w:t>
      </w:r>
    </w:p>
    <w:p w14:paraId="75A95A2F" w14:textId="77777777" w:rsidR="008C3D98" w:rsidRPr="00197EA8" w:rsidRDefault="00000000">
      <w:pPr>
        <w:spacing w:after="0"/>
        <w:rPr>
          <w:lang w:val="el-GR"/>
        </w:rPr>
      </w:pPr>
      <w:r w:rsidRPr="00197EA8">
        <w:rPr>
          <w:b/>
          <w:bCs/>
          <w:lang w:val="el-GR"/>
        </w:rPr>
        <w:t>6</w:t>
      </w:r>
      <w:r w:rsidRPr="00197EA8">
        <w:rPr>
          <w:lang w:val="el-GR"/>
        </w:rPr>
        <w:t xml:space="preserve">. Δίνονται οι συναρτήσεις </w:t>
      </w:r>
      <m:oMath>
        <m:r>
          <w:rPr>
            <w:rFonts w:ascii="Cambria Math" w:hAnsi="Cambria Math"/>
          </w:rPr>
          <m:t>f</m:t>
        </m:r>
        <m:r>
          <w:rPr>
            <w:rFonts w:ascii="Cambria Math" w:hAnsi="Cambria Math"/>
            <w:lang w:val="el-GR"/>
          </w:rPr>
          <m:t>(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  <w:lang w:val="el-GR"/>
          </w:rPr>
          <m:t>)=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Cambria Math"/>
                <w:lang w:val="el-GR"/>
              </w:rPr>
              <m:t>²+1</m:t>
            </m:r>
          </m:e>
        </m:rad>
        <m:r>
          <w:rPr>
            <w:rFonts w:ascii="Cambria Math" w:hAnsi="Cambria Math"/>
            <w:lang w:val="el-GR"/>
          </w:rPr>
          <m:t>+4</m:t>
        </m:r>
      </m:oMath>
      <w:r w:rsidRPr="00197EA8">
        <w:rPr>
          <w:lang w:val="el-GR"/>
        </w:rPr>
        <w:t xml:space="preserve"> και </w:t>
      </w:r>
      <m:oMath>
        <m:r>
          <w:rPr>
            <w:rFonts w:ascii="Cambria Math" w:hAnsi="Cambria Math"/>
          </w:rPr>
          <m:t>g</m:t>
        </m:r>
        <m:r>
          <w:rPr>
            <w:rFonts w:ascii="Cambria Math" w:hAnsi="Cambria Math"/>
            <w:lang w:val="el-GR"/>
          </w:rPr>
          <m:t>(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  <w:lang w:val="el-GR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lang w:val="el-GR"/>
              </w:rPr>
              <m:t>6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  <w:lang w:val="el-GR"/>
                  </w:rPr>
                  <m:t>²+4</m:t>
                </m:r>
              </m:e>
            </m:rad>
          </m:den>
        </m:f>
      </m:oMath>
      <w:r w:rsidRPr="00197EA8">
        <w:rPr>
          <w:lang w:val="el-GR"/>
        </w:rPr>
        <w:t>.</w:t>
      </w:r>
    </w:p>
    <w:p w14:paraId="7CF5BEC6" w14:textId="77777777" w:rsidR="008C3D98" w:rsidRPr="00197EA8" w:rsidRDefault="00000000">
      <w:pPr>
        <w:spacing w:after="0"/>
        <w:rPr>
          <w:lang w:val="el-GR"/>
        </w:rPr>
      </w:pPr>
      <w:r w:rsidRPr="00197EA8">
        <w:rPr>
          <w:lang w:val="el-GR"/>
        </w:rPr>
        <w:t xml:space="preserve">α) Να βρείτε το ελάχιστο της </w:t>
      </w:r>
      <m:oMath>
        <m:r>
          <w:rPr>
            <w:rFonts w:ascii="Cambria Math" w:hAnsi="Cambria Math"/>
          </w:rPr>
          <m:t>f</m:t>
        </m:r>
      </m:oMath>
      <w:r w:rsidRPr="00197EA8">
        <w:rPr>
          <w:lang w:val="el-GR"/>
        </w:rPr>
        <w:t>.</w:t>
      </w:r>
    </w:p>
    <w:p w14:paraId="7AA49BF3" w14:textId="77777777" w:rsidR="008C3D98" w:rsidRPr="00197EA8" w:rsidRDefault="00000000">
      <w:pPr>
        <w:spacing w:after="0"/>
        <w:rPr>
          <w:lang w:val="el-GR"/>
        </w:rPr>
      </w:pPr>
      <w:r w:rsidRPr="00197EA8">
        <w:rPr>
          <w:lang w:val="el-GR"/>
        </w:rPr>
        <w:t xml:space="preserve">β) Να βρείτε το μέγιστο της </w:t>
      </w:r>
      <m:oMath>
        <m:r>
          <w:rPr>
            <w:rFonts w:ascii="Cambria Math" w:hAnsi="Cambria Math"/>
          </w:rPr>
          <m:t>g</m:t>
        </m:r>
      </m:oMath>
      <w:r w:rsidRPr="00197EA8">
        <w:rPr>
          <w:lang w:val="el-GR"/>
        </w:rPr>
        <w:t>.</w:t>
      </w:r>
    </w:p>
    <w:p w14:paraId="17FFBA62" w14:textId="77777777" w:rsidR="008C3D98" w:rsidRPr="00197EA8" w:rsidRDefault="00000000">
      <w:pPr>
        <w:spacing w:after="0"/>
        <w:rPr>
          <w:lang w:val="el-GR"/>
        </w:rPr>
      </w:pPr>
      <w:r w:rsidRPr="00197EA8">
        <w:rPr>
          <w:lang w:val="el-GR"/>
        </w:rPr>
        <w:t xml:space="preserve">γ) Να αποδείξετε ότι για οποιαδήποτε </w:t>
      </w:r>
      <m:oMath>
        <m:r>
          <w:rPr>
            <w:rFonts w:ascii="Cambria Math" w:hAnsi="Cambria Math"/>
          </w:rPr>
          <m:t>α</m:t>
        </m:r>
        <m:r>
          <w:rPr>
            <w:rFonts w:ascii="Cambria Math" w:hAnsi="Cambria Math"/>
            <w:lang w:val="el-GR"/>
          </w:rPr>
          <m:t>,</m:t>
        </m:r>
        <m:r>
          <w:rPr>
            <w:rFonts w:ascii="Cambria Math" w:hAnsi="Cambria Math"/>
          </w:rPr>
          <m:t>β</m:t>
        </m:r>
        <m:r>
          <m:rPr>
            <m:scr m:val="double-struck"/>
          </m:rPr>
          <w:rPr>
            <w:rFonts w:ascii="Cambria Math" w:hAnsi="Cambria Math"/>
            <w:lang w:val="el-GR"/>
          </w:rPr>
          <m:t>∈R</m:t>
        </m:r>
      </m:oMath>
      <w:r w:rsidRPr="00197EA8">
        <w:rPr>
          <w:lang w:val="el-GR"/>
        </w:rPr>
        <w:t xml:space="preserve"> ισχύει ότι </w:t>
      </w:r>
      <m:oMath>
        <m:r>
          <w:rPr>
            <w:rFonts w:ascii="Cambria Math" w:hAnsi="Cambria Math"/>
            <w:lang w:val="el-GR"/>
          </w:rPr>
          <m:t>7</m:t>
        </m:r>
        <m:r>
          <w:rPr>
            <w:rFonts w:ascii="Cambria Math" w:hAnsi="Cambria Math"/>
          </w:rPr>
          <m:t>f</m:t>
        </m:r>
        <m:r>
          <w:rPr>
            <w:rFonts w:ascii="Cambria Math" w:hAnsi="Cambria Math"/>
            <w:lang w:val="el-GR"/>
          </w:rPr>
          <m:t>(</m:t>
        </m:r>
        <m:r>
          <w:rPr>
            <w:rFonts w:ascii="Cambria Math" w:hAnsi="Cambria Math"/>
          </w:rPr>
          <m:t>α</m:t>
        </m:r>
        <m:r>
          <w:rPr>
            <w:rFonts w:ascii="Cambria Math" w:hAnsi="Cambria Math"/>
            <w:lang w:val="el-GR"/>
          </w:rPr>
          <m:t>)-5</m:t>
        </m:r>
        <m:r>
          <w:rPr>
            <w:rFonts w:ascii="Cambria Math" w:hAnsi="Cambria Math"/>
          </w:rPr>
          <m:t>g</m:t>
        </m:r>
        <m:r>
          <w:rPr>
            <w:rFonts w:ascii="Cambria Math" w:hAnsi="Cambria Math"/>
            <w:lang w:val="el-GR"/>
          </w:rPr>
          <m:t>(</m:t>
        </m:r>
        <m:r>
          <w:rPr>
            <w:rFonts w:ascii="Cambria Math" w:hAnsi="Cambria Math"/>
          </w:rPr>
          <m:t>β</m:t>
        </m:r>
        <m:r>
          <w:rPr>
            <w:rFonts w:ascii="Cambria Math" w:hAnsi="Cambria Math"/>
            <w:lang w:val="el-GR"/>
          </w:rPr>
          <m:t>)≥20</m:t>
        </m:r>
      </m:oMath>
      <w:r w:rsidRPr="00197EA8">
        <w:rPr>
          <w:lang w:val="el-GR"/>
        </w:rPr>
        <w:t>.</w:t>
      </w:r>
    </w:p>
    <w:p w14:paraId="489DF3E1" w14:textId="77777777" w:rsidR="008C3D98" w:rsidRPr="00197EA8" w:rsidRDefault="008C3D98">
      <w:pPr>
        <w:spacing w:after="0"/>
        <w:rPr>
          <w:lang w:val="el-GR"/>
        </w:rPr>
      </w:pPr>
    </w:p>
    <w:p w14:paraId="6EA1D401" w14:textId="77777777" w:rsidR="008C3D98" w:rsidRPr="00197EA8" w:rsidRDefault="00000000">
      <w:pPr>
        <w:spacing w:after="0"/>
        <w:rPr>
          <w:lang w:val="el-GR"/>
        </w:rPr>
      </w:pPr>
      <w:r w:rsidRPr="00197EA8">
        <w:rPr>
          <w:lang w:val="el-GR"/>
        </w:rPr>
        <w:t xml:space="preserve">7. Να βρείτε τις τιμές των </w:t>
      </w:r>
      <m:oMath>
        <m:r>
          <w:rPr>
            <w:rFonts w:ascii="Cambria Math" w:hAnsi="Cambria Math"/>
          </w:rPr>
          <m:t>a</m:t>
        </m:r>
        <m:r>
          <w:rPr>
            <w:rFonts w:ascii="Cambria Math" w:hAnsi="Cambria Math"/>
            <w:lang w:val="el-GR"/>
          </w:rPr>
          <m:t>,</m:t>
        </m:r>
        <m:r>
          <w:rPr>
            <w:rFonts w:ascii="Cambria Math" w:hAnsi="Cambria Math"/>
          </w:rPr>
          <m:t>b</m:t>
        </m:r>
        <m:r>
          <m:rPr>
            <m:scr m:val="double-struck"/>
          </m:rPr>
          <w:rPr>
            <w:rFonts w:ascii="Cambria Math" w:hAnsi="Cambria Math"/>
            <w:lang w:val="el-GR"/>
          </w:rPr>
          <m:t>∈R</m:t>
        </m:r>
      </m:oMath>
      <w:r w:rsidRPr="00197EA8">
        <w:rPr>
          <w:lang w:val="el-GR"/>
        </w:rPr>
        <w:t xml:space="preserve">, ώστε η συνάρτηση </w:t>
      </w:r>
      <m:oMath>
        <m:r>
          <w:rPr>
            <w:rFonts w:ascii="Cambria Math" w:hAnsi="Cambria Math"/>
          </w:rPr>
          <m:t>f</m:t>
        </m:r>
        <m:r>
          <w:rPr>
            <w:rFonts w:ascii="Cambria Math" w:hAnsi="Cambria Math"/>
            <w:lang w:val="el-GR"/>
          </w:rPr>
          <m:t>(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  <w:lang w:val="el-GR"/>
          </w:rPr>
          <m:t>)=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  <w:lang w:val="el-GR"/>
          </w:rPr>
          <m:t>²+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  <w:lang w:val="el-GR"/>
          </w:rPr>
          <m:t>+</m:t>
        </m:r>
        <m:r>
          <w:rPr>
            <w:rFonts w:ascii="Cambria Math" w:hAnsi="Cambria Math"/>
          </w:rPr>
          <m:t>b</m:t>
        </m:r>
      </m:oMath>
      <w:r w:rsidRPr="00197EA8">
        <w:rPr>
          <w:lang w:val="el-GR"/>
        </w:rPr>
        <w:t xml:space="preserve"> να παρουσιάζει ελάχιστο ίσο με </w:t>
      </w:r>
      <m:oMath>
        <m:r>
          <w:rPr>
            <w:rFonts w:ascii="Cambria Math" w:hAnsi="Cambria Math"/>
            <w:lang w:val="el-GR"/>
          </w:rPr>
          <m:t>3</m:t>
        </m:r>
      </m:oMath>
      <w:r w:rsidRPr="00197EA8">
        <w:rPr>
          <w:lang w:val="el-GR"/>
        </w:rPr>
        <w:t xml:space="preserve"> στη θέση </w:t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  <w:lang w:val="el-GR"/>
          </w:rPr>
          <m:t>=2</m:t>
        </m:r>
      </m:oMath>
      <w:r w:rsidRPr="00197EA8">
        <w:rPr>
          <w:lang w:val="el-GR"/>
        </w:rPr>
        <w:t>.</w:t>
      </w:r>
    </w:p>
    <w:sectPr w:rsidR="008C3D98" w:rsidRPr="00197EA8" w:rsidSect="00034616">
      <w:pgSz w:w="12240" w:h="15840"/>
      <w:pgMar w:top="680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1429771">
    <w:abstractNumId w:val="8"/>
  </w:num>
  <w:num w:numId="2" w16cid:durableId="1064061700">
    <w:abstractNumId w:val="6"/>
  </w:num>
  <w:num w:numId="3" w16cid:durableId="1921673736">
    <w:abstractNumId w:val="5"/>
  </w:num>
  <w:num w:numId="4" w16cid:durableId="208154532">
    <w:abstractNumId w:val="4"/>
  </w:num>
  <w:num w:numId="5" w16cid:durableId="1389956239">
    <w:abstractNumId w:val="7"/>
  </w:num>
  <w:num w:numId="6" w16cid:durableId="2107991365">
    <w:abstractNumId w:val="3"/>
  </w:num>
  <w:num w:numId="7" w16cid:durableId="462429554">
    <w:abstractNumId w:val="2"/>
  </w:num>
  <w:num w:numId="8" w16cid:durableId="2097549761">
    <w:abstractNumId w:val="1"/>
  </w:num>
  <w:num w:numId="9" w16cid:durableId="1436053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7EA8"/>
    <w:rsid w:val="0029639D"/>
    <w:rsid w:val="00326F90"/>
    <w:rsid w:val="008C3D98"/>
    <w:rsid w:val="00AA1D8D"/>
    <w:rsid w:val="00B47730"/>
    <w:rsid w:val="00C2717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2C7CA6"/>
  <w14:defaultImageDpi w14:val="300"/>
  <w15:docId w15:val="{0DBD0754-3D8B-48BC-9772-D95CF95B0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Cambria" w:hAnsi="Cambria"/>
      <w:sz w:val="24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ΓΙΩΡΓΟΣ ΚΑΣΑΠΙΔΗΣ</cp:lastModifiedBy>
  <cp:revision>2</cp:revision>
  <dcterms:created xsi:type="dcterms:W3CDTF">2013-12-23T23:15:00Z</dcterms:created>
  <dcterms:modified xsi:type="dcterms:W3CDTF">2026-09-20T10:15:00Z</dcterms:modified>
  <cp:category/>
</cp:coreProperties>
</file>