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7CDE0F" w14:textId="77777777" w:rsidR="002A291B" w:rsidRPr="0085343C" w:rsidRDefault="00000000">
      <w:pPr>
        <w:pStyle w:val="a8"/>
        <w:rPr>
          <w:lang w:val="el-GR"/>
        </w:rPr>
      </w:pPr>
      <w:r w:rsidRPr="0085343C">
        <w:rPr>
          <w:lang w:val="el-GR"/>
        </w:rPr>
        <w:t>Επιστολή - Περιγραφή της Ελλάδας</w:t>
      </w:r>
    </w:p>
    <w:p w14:paraId="60C8326C" w14:textId="4BBFB7BC" w:rsidR="008B04A7" w:rsidRDefault="008B04A7" w:rsidP="008B04A7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val="el-G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l-GR"/>
        </w:rPr>
        <w:t>Τόπος, Ημερομηνία</w:t>
      </w:r>
    </w:p>
    <w:p w14:paraId="6C025887" w14:textId="229F9FF5" w:rsidR="008E507A" w:rsidRDefault="00000000" w:rsidP="008E507A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l-GR"/>
        </w:rPr>
      </w:pPr>
      <w:r w:rsidRPr="008E507A">
        <w:rPr>
          <w:rFonts w:ascii="Times New Roman" w:hAnsi="Times New Roman" w:cs="Times New Roman"/>
          <w:b/>
          <w:bCs/>
          <w:sz w:val="24"/>
          <w:szCs w:val="24"/>
          <w:lang w:val="el-GR"/>
        </w:rPr>
        <w:t>Αγαπητέ/ή [Όνομα],</w:t>
      </w:r>
      <w:r w:rsidRPr="008E507A">
        <w:rPr>
          <w:rFonts w:ascii="Times New Roman" w:hAnsi="Times New Roman" w:cs="Times New Roman"/>
          <w:b/>
          <w:bCs/>
          <w:sz w:val="24"/>
          <w:szCs w:val="24"/>
          <w:lang w:val="el-GR"/>
        </w:rPr>
        <w:br/>
      </w:r>
      <w:r w:rsidRPr="008E507A">
        <w:rPr>
          <w:rFonts w:ascii="Times New Roman" w:hAnsi="Times New Roman" w:cs="Times New Roman"/>
          <w:b/>
          <w:bCs/>
          <w:sz w:val="24"/>
          <w:szCs w:val="24"/>
          <w:lang w:val="el-GR"/>
        </w:rPr>
        <w:br/>
      </w:r>
      <w:r w:rsidR="008E507A" w:rsidRPr="008E507A">
        <w:rPr>
          <w:rFonts w:ascii="Times New Roman" w:hAnsi="Times New Roman" w:cs="Times New Roman"/>
          <w:sz w:val="24"/>
          <w:szCs w:val="24"/>
          <w:lang w:val="el-GR"/>
        </w:rPr>
        <w:t xml:space="preserve">     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t>Ελπίζω να είσαι καλά! Σου γράφω για να σου περιγράψω την Ελλάδα, μια χώρα γεμάτη ομορφιές, ιστορία και πολιτισμό.</w:t>
      </w:r>
    </w:p>
    <w:p w14:paraId="42ACEF5D" w14:textId="5CD82B4F" w:rsidR="002A291B" w:rsidRPr="008E507A" w:rsidRDefault="00000000" w:rsidP="008E507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l-GR"/>
        </w:rPr>
      </w:pP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</w:r>
      <w:r w:rsidRPr="008E507A">
        <w:rPr>
          <w:rFonts w:ascii="Times New Roman" w:hAnsi="Times New Roman" w:cs="Times New Roman"/>
          <w:b/>
          <w:bCs/>
          <w:sz w:val="24"/>
          <w:szCs w:val="24"/>
          <w:lang w:val="el-GR"/>
        </w:rPr>
        <w:t>Κύριο Μέρος</w:t>
      </w:r>
    </w:p>
    <w:p w14:paraId="7F678C23" w14:textId="310B2349" w:rsidR="002A291B" w:rsidRPr="008E507A" w:rsidRDefault="00000000" w:rsidP="008E507A">
      <w:pPr>
        <w:spacing w:line="360" w:lineRule="auto"/>
        <w:rPr>
          <w:rFonts w:ascii="Times New Roman" w:hAnsi="Times New Roman" w:cs="Times New Roman"/>
          <w:sz w:val="24"/>
          <w:szCs w:val="24"/>
          <w:lang w:val="el-GR"/>
        </w:rPr>
      </w:pP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</w:r>
      <w:r w:rsidR="008E507A" w:rsidRPr="008E507A">
        <w:rPr>
          <w:rFonts w:ascii="Times New Roman" w:hAnsi="Times New Roman" w:cs="Times New Roman"/>
          <w:sz w:val="24"/>
          <w:szCs w:val="24"/>
          <w:lang w:val="el-GR"/>
        </w:rPr>
        <w:t xml:space="preserve">     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t xml:space="preserve">Η Ελλάδα είναι ένας τόπος γεμάτος αντιθέσεις, με πλούσια ιστορία, απαράμιλλη φυσική ομορφιά, αλλά και κάποιες προκλήσεις. </w:t>
      </w:r>
    </w:p>
    <w:p w14:paraId="42781440" w14:textId="0BD1DE51" w:rsidR="002A291B" w:rsidRPr="008E507A" w:rsidRDefault="00000000" w:rsidP="008E507A">
      <w:pPr>
        <w:pStyle w:val="21"/>
        <w:spacing w:before="0" w:line="36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8E507A">
        <w:rPr>
          <w:rFonts w:ascii="Times New Roman" w:hAnsi="Times New Roman" w:cs="Times New Roman"/>
          <w:sz w:val="24"/>
          <w:szCs w:val="24"/>
          <w:lang w:val="el-GR"/>
        </w:rPr>
        <w:t>1. Γεωγραφία</w:t>
      </w:r>
      <w:r w:rsidR="008E507A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</w:p>
    <w:p w14:paraId="13ADA6B5" w14:textId="1A1C8F51" w:rsidR="002A291B" w:rsidRDefault="00000000" w:rsidP="008E507A">
      <w:pPr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8E507A">
        <w:rPr>
          <w:lang w:val="el-GR"/>
        </w:rPr>
        <w:br/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t xml:space="preserve">Η γεωγραφία της Ελλάδας είναι μοναδική. Είναι μια χώρα με εντυπωσιακά βουνά, όπως ο Όλυμπος, όπου σύμφωνα με την ελληνική μυθολογία κατοικούσαν οι θεοί. 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  <w:t xml:space="preserve">Οι παραλίες της, με τα κρυστάλλινα νερά του Αιγαίου και του Ιονίου, θεωρούνται από τις ομορφότερες στον κόσμο. Εκτός από την ηπειρωτική Ελλάδα, 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  <w:t xml:space="preserve">υπάρχουν και τα πολυάριθμα νησιά, όπως η Μύκονος, η Ρόδος και η Κέρκυρα, που προσελκύουν εκατομμύρια τουρίστες κάθε χρόνο. Ωστόσο, η γεωγραφία 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  <w:t xml:space="preserve">της Ελλάδας φέρνει και προκλήσεις, καθώς η </w:t>
      </w:r>
      <w:proofErr w:type="spellStart"/>
      <w:r w:rsidRPr="008E507A">
        <w:rPr>
          <w:rFonts w:ascii="Times New Roman" w:hAnsi="Times New Roman" w:cs="Times New Roman"/>
          <w:sz w:val="24"/>
          <w:szCs w:val="24"/>
          <w:lang w:val="el-GR"/>
        </w:rPr>
        <w:t>πολυνησία</w:t>
      </w:r>
      <w:proofErr w:type="spellEnd"/>
      <w:r w:rsidRPr="008E507A">
        <w:rPr>
          <w:rFonts w:ascii="Times New Roman" w:hAnsi="Times New Roman" w:cs="Times New Roman"/>
          <w:sz w:val="24"/>
          <w:szCs w:val="24"/>
          <w:lang w:val="el-GR"/>
        </w:rPr>
        <w:t xml:space="preserve"> δυσκολεύει τις μεταφορές και τις υποδομές, ειδικά τους χειμερινούς μήνες.</w:t>
      </w:r>
    </w:p>
    <w:p w14:paraId="6CE3D2F6" w14:textId="77777777" w:rsidR="008E507A" w:rsidRPr="008E507A" w:rsidRDefault="008E507A" w:rsidP="008E507A">
      <w:pPr>
        <w:jc w:val="both"/>
        <w:rPr>
          <w:rFonts w:ascii="Times New Roman" w:hAnsi="Times New Roman" w:cs="Times New Roman"/>
          <w:sz w:val="24"/>
          <w:szCs w:val="24"/>
          <w:lang w:val="el-GR"/>
        </w:rPr>
      </w:pPr>
    </w:p>
    <w:p w14:paraId="07E11DDD" w14:textId="77777777" w:rsidR="002A291B" w:rsidRPr="008E507A" w:rsidRDefault="00000000" w:rsidP="0085343C">
      <w:pPr>
        <w:pStyle w:val="21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8E507A">
        <w:rPr>
          <w:rFonts w:ascii="Times New Roman" w:hAnsi="Times New Roman" w:cs="Times New Roman"/>
          <w:sz w:val="24"/>
          <w:szCs w:val="24"/>
          <w:lang w:val="el-GR"/>
        </w:rPr>
        <w:t>2. Ιστορία και Πολιτισμός</w:t>
      </w:r>
    </w:p>
    <w:p w14:paraId="62434BEC" w14:textId="77777777" w:rsidR="002A291B" w:rsidRPr="008E507A" w:rsidRDefault="00000000" w:rsidP="008534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  <w:t xml:space="preserve">Η Ελλάδα είναι η κοιτίδα του δυτικού πολιτισμού, με μια ιστορία που εκτείνεται χιλιάδες χρόνια πίσω, από την αρχαία Ελλάδα με τον Πλάτωνα και τον 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  <w:t xml:space="preserve">Αριστοτέλη, έως το Βυζάντιο. Τα αρχαιολογικά μνημεία, όπως η Ακρόπολη και οι Δελφοί, προσελκύουν επισκέπτες από όλο τον κόσμο, οι οποίοι θέλουν 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  <w:t xml:space="preserve">να γνωρίσουν από κοντά την κληρονομιά της Δημοκρατίας και της φιλοσοφίας. Παράλληλα, η παράδοση και τα έθιμα παραμένουν ζωντανά στις μικρές πόλεις 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  <w:t xml:space="preserve">και τα χωριά. Ωστόσο, υπάρχει και το ζήτημα της συντήρησης των ιστορικών μνημείων, 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lastRenderedPageBreak/>
        <w:t xml:space="preserve">καθώς πολλές φορές η κρατική μέριμνα δεν είναι επαρκής, 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  <w:t>οδηγώντας σε αργή φθορά αυτών των θησαυρών.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</w:r>
    </w:p>
    <w:p w14:paraId="4AC4961E" w14:textId="77777777" w:rsidR="002A291B" w:rsidRPr="008E507A" w:rsidRDefault="00000000" w:rsidP="0085343C">
      <w:pPr>
        <w:pStyle w:val="21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8E507A">
        <w:rPr>
          <w:rFonts w:ascii="Times New Roman" w:hAnsi="Times New Roman" w:cs="Times New Roman"/>
          <w:sz w:val="24"/>
          <w:szCs w:val="24"/>
          <w:lang w:val="el-GR"/>
        </w:rPr>
        <w:t>3. Τρόπος Ζωής και Φιλοξενία</w:t>
      </w:r>
    </w:p>
    <w:p w14:paraId="72BFE0A0" w14:textId="77777777" w:rsidR="002A291B" w:rsidRPr="008E507A" w:rsidRDefault="00000000" w:rsidP="008534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  <w:t xml:space="preserve">Οι Έλληνες φημίζονται για τη φιλοξενία τους και τον χαλαρό τρόπο ζωής τους, ιδίως τους καλοκαιρινούς μήνες, όπου οι ταβέρνες γεμίζουν με γέλια 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  <w:t xml:space="preserve">και χαρούμενες παρέες. Η φιλοξενία στην Ελλάδα είναι βαθιά ριζωμένη στην κουλτούρα μας, και οι ντόπιοι πάντα θα σε καλέσουν για έναν καφέ ή ένα 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  <w:t xml:space="preserve">ποτήρι κρασί. Ωστόσο, πρέπει να αναφερθεί ότι η οικονομική κρίση που έπληξε τη χώρα για αρκετά χρόνια έχει επηρεάσει την καθημερινότητα των 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  <w:t>ανθρώπων, με πολλούς να αντιμετωπίζουν ακόμα οικονομικές δυσκολίες και ανεργία.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</w:r>
    </w:p>
    <w:p w14:paraId="46195143" w14:textId="77777777" w:rsidR="002A291B" w:rsidRPr="008E507A" w:rsidRDefault="00000000" w:rsidP="0085343C">
      <w:pPr>
        <w:pStyle w:val="21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8E507A">
        <w:rPr>
          <w:rFonts w:ascii="Times New Roman" w:hAnsi="Times New Roman" w:cs="Times New Roman"/>
          <w:sz w:val="24"/>
          <w:szCs w:val="24"/>
          <w:lang w:val="el-GR"/>
        </w:rPr>
        <w:t>4. Πολιτιστικές Δραστηριότητες</w:t>
      </w:r>
    </w:p>
    <w:p w14:paraId="544F49FC" w14:textId="77777777" w:rsidR="002A291B" w:rsidRPr="008E507A" w:rsidRDefault="00000000" w:rsidP="008534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  <w:t xml:space="preserve">Εκτός από τα ιστορικά αξιοθέατα, η Ελλάδα διαθέτει έντονη καλλιτεχνική και πολιτιστική ζωή. Θεατρικές παραστάσεις, μουσικά φεστιβάλ και τοπικά 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  <w:t xml:space="preserve">πανηγύρια είναι μέρος της καθημερινής ψυχαγωγίας, ιδιαίτερα το καλοκαίρι. Ωστόσο, λόγω της οικονομικής δυσπραγίας, η στήριξη της τέχνης και του 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  <w:t>πολιτισμού από το κράτος είναι περιορισμένη, με αποτέλεσμα αρκετοί καλλιτέχνες να αντιμετωπίζουν δυσκολίες στην προώθηση του έργου τους.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</w:r>
    </w:p>
    <w:p w14:paraId="00D62FCD" w14:textId="77777777" w:rsidR="002A291B" w:rsidRPr="008E507A" w:rsidRDefault="00000000" w:rsidP="0085343C">
      <w:pPr>
        <w:pStyle w:val="21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8E507A">
        <w:rPr>
          <w:rFonts w:ascii="Times New Roman" w:hAnsi="Times New Roman" w:cs="Times New Roman"/>
          <w:sz w:val="24"/>
          <w:szCs w:val="24"/>
          <w:lang w:val="el-GR"/>
        </w:rPr>
        <w:t>5. Περιβαλλοντικά Ζητήματα</w:t>
      </w:r>
    </w:p>
    <w:p w14:paraId="33F48A7D" w14:textId="77777777" w:rsidR="002A291B" w:rsidRPr="008E507A" w:rsidRDefault="00000000" w:rsidP="008534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  <w:t xml:space="preserve">Αν και η Ελλάδα έχει πλούσια φυσική ομορφιά, τα περιβαλλοντικά προβλήματα, όπως οι δασικές πυρκαγιές, η μόλυνση των θαλασσών και η έλλειψη 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  <w:t xml:space="preserve">υποδομών ανακύκλωσης, είναι θέματα που πρέπει να αντιμετωπιστούν άμεσα. Η κλιματική αλλαγή έχει αρχίσει να επηρεάζει τη χώρα, με τα καλοκαίρια 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  <w:t xml:space="preserve">να γίνονται ολοένα και πιο ξηρά και θερμά, προκαλώντας σημαντικές καταστροφές στα 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lastRenderedPageBreak/>
        <w:t>δάση και τα οικοσυστήματα.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</w:r>
    </w:p>
    <w:p w14:paraId="4771AE09" w14:textId="77777777" w:rsidR="002A291B" w:rsidRPr="008E507A" w:rsidRDefault="00000000" w:rsidP="0085343C">
      <w:pPr>
        <w:pStyle w:val="21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8E507A">
        <w:rPr>
          <w:rFonts w:ascii="Times New Roman" w:hAnsi="Times New Roman" w:cs="Times New Roman"/>
          <w:sz w:val="24"/>
          <w:szCs w:val="24"/>
          <w:lang w:val="el-GR"/>
        </w:rPr>
        <w:t>6. Ελληνική Κουζίνα</w:t>
      </w:r>
    </w:p>
    <w:p w14:paraId="6F2E5F54" w14:textId="4BE8C0A1" w:rsidR="002A291B" w:rsidRPr="008E507A" w:rsidRDefault="00000000" w:rsidP="008534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  <w:t xml:space="preserve">Η κουζίνα της Ελλάδας είναι γνωστή για τη μεσογειακή της διατροφή, που περιλαμβάνει ελαιόλαδο, φρέσκα λαχανικά, ψάρια και κρέατα. Τα πιάτα όπως 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  <w:t xml:space="preserve">το σουβλάκι, </w:t>
      </w:r>
      <w:r w:rsidR="008E507A">
        <w:rPr>
          <w:rFonts w:ascii="Times New Roman" w:hAnsi="Times New Roman" w:cs="Times New Roman"/>
          <w:sz w:val="24"/>
          <w:szCs w:val="24"/>
          <w:lang w:val="el-GR"/>
        </w:rPr>
        <w:t>ο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t xml:space="preserve"> μουσακά</w:t>
      </w:r>
      <w:r w:rsidR="008E507A">
        <w:rPr>
          <w:rFonts w:ascii="Times New Roman" w:hAnsi="Times New Roman" w:cs="Times New Roman"/>
          <w:sz w:val="24"/>
          <w:szCs w:val="24"/>
          <w:lang w:val="el-GR"/>
        </w:rPr>
        <w:t>ς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t xml:space="preserve"> και τα ντολμαδάκια είναι εμβληματικά. Δεν λείπουν όμως και οι τοπικές σπεσιαλιτέ που διαφέρουν από περιοχή σε περιοχή. 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  <w:t xml:space="preserve">Ωστόσο, παρά τη φήμη για υγιεινή διατροφή, υπάρχουν σύγχρονα ζητήματα με την υπερβολική κατανάλωση πρόχειρου φαγητού στις μεγάλες πόλεις, κάτι 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  <w:t>που έχει επηρεάσει τις διατροφικές συνήθειες, ιδίως των νεότερων γενεών.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</w:r>
    </w:p>
    <w:p w14:paraId="610C09C2" w14:textId="77777777" w:rsidR="002A291B" w:rsidRPr="00954CE8" w:rsidRDefault="00000000" w:rsidP="00954CE8">
      <w:pPr>
        <w:rPr>
          <w:rFonts w:ascii="Times New Roman" w:hAnsi="Times New Roman" w:cs="Times New Roman"/>
          <w:b/>
          <w:bCs/>
          <w:sz w:val="24"/>
          <w:szCs w:val="24"/>
          <w:lang w:val="el-GR"/>
        </w:rPr>
      </w:pPr>
      <w:r w:rsidRPr="00954CE8">
        <w:rPr>
          <w:rFonts w:ascii="Times New Roman" w:hAnsi="Times New Roman" w:cs="Times New Roman"/>
          <w:b/>
          <w:bCs/>
          <w:sz w:val="24"/>
          <w:szCs w:val="24"/>
          <w:lang w:val="el-GR"/>
        </w:rPr>
        <w:t>Επίλογος</w:t>
      </w:r>
    </w:p>
    <w:p w14:paraId="25DF3537" w14:textId="77777777" w:rsidR="002A291B" w:rsidRPr="008E507A" w:rsidRDefault="00000000" w:rsidP="008534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  <w:t xml:space="preserve">Η Ελλάδα είναι ένας τόπος γεμάτος αντιθέσεις: από τη μία πλευρά, η μοναδική της φυσική ομορφιά, η ιστορία και ο πολιτισμός της την καθιστούν έναν 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  <w:t xml:space="preserve">από τους πιο ενδιαφέροντες προορισμούς στον κόσμο. Από την άλλη, οι σύγχρονες προκλήσεις που αντιμετωπίζει, όπως η οικονομική κρίση και τα 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  <w:t>περιβαλλοντικά προβλήματα, δεν μπορούν να αγνοηθούν. Παρόλα αυτά, είναι ένας τόπος που αξίζει να επισκεφτείς και να γνωρίσεις από κοντά.</w:t>
      </w: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</w:r>
    </w:p>
    <w:p w14:paraId="7F093B5F" w14:textId="77777777" w:rsidR="002A291B" w:rsidRPr="00954CE8" w:rsidRDefault="00000000" w:rsidP="0085343C">
      <w:pPr>
        <w:spacing w:line="360" w:lineRule="auto"/>
        <w:jc w:val="right"/>
        <w:rPr>
          <w:b/>
          <w:bCs/>
          <w:lang w:val="el-GR"/>
        </w:rPr>
      </w:pPr>
      <w:r w:rsidRPr="008E507A">
        <w:rPr>
          <w:rFonts w:ascii="Times New Roman" w:hAnsi="Times New Roman" w:cs="Times New Roman"/>
          <w:sz w:val="24"/>
          <w:szCs w:val="24"/>
          <w:lang w:val="el-GR"/>
        </w:rPr>
        <w:br/>
      </w:r>
      <w:r w:rsidRPr="00954CE8">
        <w:rPr>
          <w:rFonts w:ascii="Times New Roman" w:hAnsi="Times New Roman" w:cs="Times New Roman"/>
          <w:b/>
          <w:bCs/>
          <w:sz w:val="24"/>
          <w:szCs w:val="24"/>
          <w:lang w:val="el-GR"/>
        </w:rPr>
        <w:t>Με εκτίμηση,</w:t>
      </w:r>
      <w:r w:rsidRPr="00954CE8">
        <w:rPr>
          <w:rFonts w:ascii="Times New Roman" w:hAnsi="Times New Roman" w:cs="Times New Roman"/>
          <w:b/>
          <w:bCs/>
          <w:sz w:val="24"/>
          <w:szCs w:val="24"/>
          <w:lang w:val="el-GR"/>
        </w:rPr>
        <w:br/>
      </w:r>
      <w:r w:rsidRPr="00954CE8">
        <w:rPr>
          <w:b/>
          <w:bCs/>
          <w:lang w:val="el-GR"/>
        </w:rPr>
        <w:t>[Το όνομά σου]</w:t>
      </w:r>
      <w:r w:rsidRPr="00954CE8">
        <w:rPr>
          <w:b/>
          <w:bCs/>
          <w:lang w:val="el-GR"/>
        </w:rPr>
        <w:br/>
      </w:r>
    </w:p>
    <w:sectPr w:rsidR="002A291B" w:rsidRPr="00954CE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55609258">
    <w:abstractNumId w:val="8"/>
  </w:num>
  <w:num w:numId="2" w16cid:durableId="1068267310">
    <w:abstractNumId w:val="6"/>
  </w:num>
  <w:num w:numId="3" w16cid:durableId="1999844927">
    <w:abstractNumId w:val="5"/>
  </w:num>
  <w:num w:numId="4" w16cid:durableId="252858415">
    <w:abstractNumId w:val="4"/>
  </w:num>
  <w:num w:numId="5" w16cid:durableId="465204336">
    <w:abstractNumId w:val="7"/>
  </w:num>
  <w:num w:numId="6" w16cid:durableId="1883053039">
    <w:abstractNumId w:val="3"/>
  </w:num>
  <w:num w:numId="7" w16cid:durableId="197473954">
    <w:abstractNumId w:val="2"/>
  </w:num>
  <w:num w:numId="8" w16cid:durableId="1385369217">
    <w:abstractNumId w:val="1"/>
  </w:num>
  <w:num w:numId="9" w16cid:durableId="1044406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A291B"/>
    <w:rsid w:val="00326F90"/>
    <w:rsid w:val="00561C11"/>
    <w:rsid w:val="00772BA7"/>
    <w:rsid w:val="0085343C"/>
    <w:rsid w:val="008B04A7"/>
    <w:rsid w:val="008E507A"/>
    <w:rsid w:val="00954CE8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B1C7E3"/>
  <w14:defaultImageDpi w14:val="300"/>
  <w15:docId w15:val="{0B98A19E-5AC6-40AF-BF3E-FDF64E801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Κεφαλίδα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Υποσέλιδο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Επικεφαλίδα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Επικεφαλίδα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Επικεφαλίδα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Τίτλος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Υπότιτλος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Σώμα κειμένου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Σώμα κείμενου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Σώμα κείμενου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Κείμενο μακροεντολής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Απόσπασμα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Επικεφαλίδα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Επικεφαλίδα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Επικεφαλίδα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Επικεφαλίδα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Επικεφαλίδα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Επικεφαλίδα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Έντονο απόσπ.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622</Words>
  <Characters>3363</Characters>
  <Application>Microsoft Office Word</Application>
  <DocSecurity>0</DocSecurity>
  <Lines>28</Lines>
  <Paragraphs>7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3978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Χαρούλα Ζησίδου</cp:lastModifiedBy>
  <cp:revision>6</cp:revision>
  <dcterms:created xsi:type="dcterms:W3CDTF">2013-12-23T23:15:00Z</dcterms:created>
  <dcterms:modified xsi:type="dcterms:W3CDTF">2024-10-21T18:03:00Z</dcterms:modified>
  <cp:category/>
</cp:coreProperties>
</file>